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E9627" w14:textId="77777777" w:rsidR="001C33B8" w:rsidRPr="001C33B8" w:rsidRDefault="0042297E">
      <w:pPr>
        <w:pStyle w:val="Title"/>
        <w:rPr>
          <w:b/>
          <w:bCs/>
        </w:rPr>
      </w:pPr>
      <w:r w:rsidRPr="001C33B8">
        <w:rPr>
          <w:b/>
          <w:bCs/>
        </w:rPr>
        <w:t>Anton T. Pedres</w:t>
      </w:r>
    </w:p>
    <w:p w14:paraId="02BA278D" w14:textId="08776382" w:rsidR="00663C1B" w:rsidRPr="00F94144" w:rsidRDefault="00F94144">
      <w:pPr>
        <w:pStyle w:val="Title"/>
        <w:rPr>
          <w:b/>
          <w:bCs/>
          <w:sz w:val="22"/>
          <w:szCs w:val="22"/>
        </w:rPr>
      </w:pPr>
      <w:r w:rsidRPr="00F94144">
        <w:rPr>
          <w:b/>
          <w:bCs/>
          <w:sz w:val="22"/>
          <w:szCs w:val="22"/>
        </w:rPr>
        <w:t>BUILT DIFFERENT. WIRED STRONG, BUILDING A PERSONAL PRIVATE LEGENCY</w:t>
      </w:r>
    </w:p>
    <w:p w14:paraId="3A8C0FE2" w14:textId="6A116D01" w:rsidR="00663C1B" w:rsidRPr="001C33B8" w:rsidRDefault="00EF2935" w:rsidP="00FE4216">
      <w:pPr>
        <w:spacing w:after="0"/>
        <w:jc w:val="center"/>
        <w:rPr>
          <w:b/>
          <w:bCs/>
        </w:rPr>
      </w:pPr>
      <w:r w:rsidRPr="00676AE0">
        <w:rPr>
          <w:noProof/>
        </w:rPr>
        <w:drawing>
          <wp:anchor distT="0" distB="0" distL="114300" distR="114300" simplePos="0" relativeHeight="251658240" behindDoc="0" locked="0" layoutInCell="1" allowOverlap="1" wp14:anchorId="791B39EA" wp14:editId="5CE4C9C5">
            <wp:simplePos x="0" y="0"/>
            <wp:positionH relativeFrom="column">
              <wp:posOffset>-859790</wp:posOffset>
            </wp:positionH>
            <wp:positionV relativeFrom="paragraph">
              <wp:posOffset>316172</wp:posOffset>
            </wp:positionV>
            <wp:extent cx="1454150" cy="2410460"/>
            <wp:effectExtent l="0" t="0" r="0" b="8890"/>
            <wp:wrapThrough wrapText="bothSides">
              <wp:wrapPolygon edited="0">
                <wp:start x="0" y="0"/>
                <wp:lineTo x="0" y="21509"/>
                <wp:lineTo x="21223" y="21509"/>
                <wp:lineTo x="21223" y="0"/>
                <wp:lineTo x="0" y="0"/>
              </wp:wrapPolygon>
            </wp:wrapThrough>
            <wp:docPr id="576719632" name="Picture 1" descr="A person wearing a cowboy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19632" name="Picture 1" descr="A person wearing a cowboy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216" w:rsidRPr="001C33B8">
        <w:rPr>
          <w:b/>
          <w:bCs/>
        </w:rPr>
        <w:t>💥 RESILIENT. RELENTLESS</w:t>
      </w:r>
      <w:r w:rsidR="00FE4216">
        <w:rPr>
          <w:b/>
          <w:bCs/>
        </w:rPr>
        <w:t xml:space="preserve"> </w:t>
      </w:r>
      <w:r w:rsidR="00FE4216" w:rsidRPr="001C33B8">
        <w:rPr>
          <w:b/>
          <w:bCs/>
        </w:rPr>
        <w:t xml:space="preserve">. </w:t>
      </w:r>
      <w:r w:rsidR="00FE4216">
        <w:rPr>
          <w:b/>
          <w:bCs/>
        </w:rPr>
        <w:t xml:space="preserve">DISCIPLINED . SELF-MOTIVATED. MANNERED . and </w:t>
      </w:r>
      <w:r w:rsidR="00FE4216" w:rsidRPr="001C33B8">
        <w:rPr>
          <w:b/>
          <w:bCs/>
        </w:rPr>
        <w:t>FAIR.</w:t>
      </w:r>
    </w:p>
    <w:p w14:paraId="35E01BA0" w14:textId="13082C16" w:rsidR="00E61F0A" w:rsidRPr="006C0929" w:rsidRDefault="0042297E">
      <w:pPr>
        <w:rPr>
          <w:sz w:val="20"/>
          <w:szCs w:val="20"/>
        </w:rPr>
      </w:pPr>
      <w:r>
        <w:br/>
      </w:r>
      <w:r w:rsidRPr="006C0929">
        <w:rPr>
          <w:b/>
          <w:bCs/>
          <w:sz w:val="20"/>
          <w:szCs w:val="20"/>
        </w:rPr>
        <w:t>AGE:</w:t>
      </w:r>
      <w:r w:rsidRPr="006C0929">
        <w:rPr>
          <w:sz w:val="20"/>
          <w:szCs w:val="20"/>
        </w:rPr>
        <w:t xml:space="preserve"> </w:t>
      </w:r>
      <w:r w:rsidR="00121400">
        <w:rPr>
          <w:sz w:val="20"/>
          <w:szCs w:val="20"/>
        </w:rPr>
        <w:t>7</w:t>
      </w:r>
      <w:r w:rsidRPr="006C0929">
        <w:rPr>
          <w:sz w:val="20"/>
          <w:szCs w:val="20"/>
        </w:rPr>
        <w:t>3</w:t>
      </w:r>
      <w:r w:rsidR="00277BD9" w:rsidRPr="006C0929">
        <w:rPr>
          <w:sz w:val="20"/>
          <w:szCs w:val="20"/>
        </w:rPr>
        <w:t xml:space="preserve"> years …. </w:t>
      </w:r>
      <w:r w:rsidR="00296EFB" w:rsidRPr="006C0929">
        <w:rPr>
          <w:sz w:val="20"/>
          <w:szCs w:val="20"/>
        </w:rPr>
        <w:t xml:space="preserve"> Height </w:t>
      </w:r>
      <w:r w:rsidR="001A093C" w:rsidRPr="006C0929">
        <w:rPr>
          <w:sz w:val="20"/>
          <w:szCs w:val="20"/>
        </w:rPr>
        <w:t xml:space="preserve">5’ 7” …. Weight </w:t>
      </w:r>
      <w:r w:rsidR="00277BD9" w:rsidRPr="006C0929">
        <w:rPr>
          <w:sz w:val="20"/>
          <w:szCs w:val="20"/>
        </w:rPr>
        <w:t>190 lbs.</w:t>
      </w:r>
      <w:r w:rsidR="00E61F0A" w:rsidRPr="006C0929">
        <w:rPr>
          <w:sz w:val="20"/>
          <w:szCs w:val="20"/>
        </w:rPr>
        <w:t xml:space="preserve"> </w:t>
      </w:r>
    </w:p>
    <w:p w14:paraId="2A4A2BC5" w14:textId="4D80DD7E" w:rsidR="00663C1B" w:rsidRPr="006C0929" w:rsidRDefault="00E61F0A">
      <w:pPr>
        <w:rPr>
          <w:sz w:val="20"/>
          <w:szCs w:val="20"/>
        </w:rPr>
      </w:pPr>
      <w:r w:rsidRPr="006C0929">
        <w:rPr>
          <w:b/>
          <w:bCs/>
          <w:sz w:val="20"/>
          <w:szCs w:val="20"/>
        </w:rPr>
        <w:t>Health</w:t>
      </w:r>
      <w:r w:rsidR="00620537" w:rsidRPr="006C0929">
        <w:rPr>
          <w:b/>
          <w:bCs/>
          <w:sz w:val="20"/>
          <w:szCs w:val="20"/>
        </w:rPr>
        <w:t>:</w:t>
      </w:r>
      <w:r w:rsidR="00620537" w:rsidRPr="006C0929">
        <w:rPr>
          <w:sz w:val="20"/>
          <w:szCs w:val="20"/>
        </w:rPr>
        <w:t xml:space="preserve"> </w:t>
      </w:r>
      <w:r w:rsidRPr="006C0929">
        <w:rPr>
          <w:sz w:val="20"/>
          <w:szCs w:val="20"/>
        </w:rPr>
        <w:t xml:space="preserve"> Excellent</w:t>
      </w:r>
      <w:r w:rsidR="00B303E5" w:rsidRPr="006C0929">
        <w:rPr>
          <w:sz w:val="20"/>
          <w:szCs w:val="20"/>
        </w:rPr>
        <w:t xml:space="preserve">: </w:t>
      </w:r>
      <w:r w:rsidRPr="006C0929">
        <w:rPr>
          <w:sz w:val="20"/>
          <w:szCs w:val="20"/>
        </w:rPr>
        <w:t xml:space="preserve">Physical </w:t>
      </w:r>
      <w:r w:rsidR="005142F7" w:rsidRPr="006C0929">
        <w:rPr>
          <w:sz w:val="20"/>
          <w:szCs w:val="20"/>
        </w:rPr>
        <w:t>C</w:t>
      </w:r>
      <w:r w:rsidRPr="006C0929">
        <w:rPr>
          <w:sz w:val="20"/>
          <w:szCs w:val="20"/>
        </w:rPr>
        <w:t>onditio</w:t>
      </w:r>
      <w:r w:rsidR="005142F7" w:rsidRPr="006C0929">
        <w:rPr>
          <w:sz w:val="20"/>
          <w:szCs w:val="20"/>
        </w:rPr>
        <w:t>n Toned and active</w:t>
      </w:r>
      <w:r w:rsidR="00E87F55" w:rsidRPr="006C0929">
        <w:rPr>
          <w:sz w:val="20"/>
          <w:szCs w:val="20"/>
        </w:rPr>
        <w:t xml:space="preserve"> build</w:t>
      </w:r>
    </w:p>
    <w:p w14:paraId="5BDAC3AB" w14:textId="72BF76AB" w:rsidR="00E87F55" w:rsidRPr="006C0929" w:rsidRDefault="00A57619">
      <w:pPr>
        <w:rPr>
          <w:sz w:val="20"/>
          <w:szCs w:val="20"/>
        </w:rPr>
      </w:pPr>
      <w:r w:rsidRPr="006C0929">
        <w:rPr>
          <w:b/>
          <w:bCs/>
          <w:sz w:val="20"/>
          <w:szCs w:val="20"/>
        </w:rPr>
        <w:t>Interests</w:t>
      </w:r>
      <w:r w:rsidR="00E87F55" w:rsidRPr="006C0929">
        <w:rPr>
          <w:sz w:val="20"/>
          <w:szCs w:val="20"/>
        </w:rPr>
        <w:t xml:space="preserve">: Cooking, Driving, Physical Conditioning, </w:t>
      </w:r>
      <w:r w:rsidR="00980889" w:rsidRPr="006C0929">
        <w:rPr>
          <w:sz w:val="20"/>
          <w:szCs w:val="20"/>
        </w:rPr>
        <w:t>Good simple food.</w:t>
      </w:r>
      <w:r w:rsidR="00E87F55" w:rsidRPr="006C0929">
        <w:rPr>
          <w:sz w:val="20"/>
          <w:szCs w:val="20"/>
        </w:rPr>
        <w:t xml:space="preserve">  </w:t>
      </w:r>
    </w:p>
    <w:p w14:paraId="506265A3" w14:textId="7797EA17" w:rsidR="00252990" w:rsidRPr="006C0929" w:rsidRDefault="0042297E" w:rsidP="004D764F">
      <w:pPr>
        <w:spacing w:after="0"/>
        <w:rPr>
          <w:sz w:val="20"/>
          <w:szCs w:val="20"/>
        </w:rPr>
      </w:pPr>
      <w:r w:rsidRPr="006C0929">
        <w:rPr>
          <w:b/>
          <w:bCs/>
          <w:sz w:val="20"/>
          <w:szCs w:val="20"/>
        </w:rPr>
        <w:t>STATUS</w:t>
      </w:r>
      <w:r w:rsidRPr="006C0929">
        <w:rPr>
          <w:sz w:val="20"/>
          <w:szCs w:val="20"/>
        </w:rPr>
        <w:t xml:space="preserve">: </w:t>
      </w:r>
      <w:r w:rsidR="004D764F" w:rsidRPr="006C0929">
        <w:rPr>
          <w:sz w:val="20"/>
          <w:szCs w:val="20"/>
        </w:rPr>
        <w:t xml:space="preserve"> </w:t>
      </w:r>
      <w:r w:rsidRPr="006C0929">
        <w:rPr>
          <w:sz w:val="20"/>
          <w:szCs w:val="20"/>
        </w:rPr>
        <w:t xml:space="preserve">Retired Veteran | Creator | Professional Driver / Driver Safety Trainer </w:t>
      </w:r>
      <w:r w:rsidR="00252990" w:rsidRPr="006C0929">
        <w:rPr>
          <w:sz w:val="20"/>
          <w:szCs w:val="20"/>
        </w:rPr>
        <w:t xml:space="preserve">            </w:t>
      </w:r>
      <w:r w:rsidRPr="006C0929">
        <w:rPr>
          <w:sz w:val="20"/>
          <w:szCs w:val="20"/>
        </w:rPr>
        <w:t xml:space="preserve"> </w:t>
      </w:r>
      <w:r w:rsidR="00252990" w:rsidRPr="006C0929">
        <w:rPr>
          <w:sz w:val="20"/>
          <w:szCs w:val="20"/>
        </w:rPr>
        <w:t xml:space="preserve">  </w:t>
      </w:r>
    </w:p>
    <w:p w14:paraId="7A7DE6CD" w14:textId="19FC6F3E" w:rsidR="00663C1B" w:rsidRPr="006C0929" w:rsidRDefault="00252990">
      <w:pPr>
        <w:rPr>
          <w:sz w:val="20"/>
          <w:szCs w:val="20"/>
        </w:rPr>
      </w:pPr>
      <w:r w:rsidRPr="006C0929">
        <w:rPr>
          <w:sz w:val="20"/>
          <w:szCs w:val="20"/>
        </w:rPr>
        <w:t xml:space="preserve">                   </w:t>
      </w:r>
      <w:r w:rsidR="004D764F" w:rsidRPr="006C0929">
        <w:rPr>
          <w:sz w:val="20"/>
          <w:szCs w:val="20"/>
        </w:rPr>
        <w:t xml:space="preserve"> </w:t>
      </w:r>
      <w:r w:rsidR="0042297E" w:rsidRPr="006C0929">
        <w:rPr>
          <w:sz w:val="20"/>
          <w:szCs w:val="20"/>
        </w:rPr>
        <w:t>Health Strategist | Nutrition Advisor | Supplement Stacker</w:t>
      </w:r>
    </w:p>
    <w:p w14:paraId="165B26CC" w14:textId="38373258" w:rsidR="00252990" w:rsidRPr="006C0929" w:rsidRDefault="0042297E" w:rsidP="00193942">
      <w:pPr>
        <w:spacing w:after="0"/>
        <w:rPr>
          <w:sz w:val="20"/>
          <w:szCs w:val="20"/>
        </w:rPr>
      </w:pPr>
      <w:r w:rsidRPr="006C0929">
        <w:rPr>
          <w:b/>
          <w:bCs/>
          <w:sz w:val="20"/>
          <w:szCs w:val="20"/>
        </w:rPr>
        <w:t>LOCATION</w:t>
      </w:r>
      <w:r w:rsidRPr="006C0929">
        <w:rPr>
          <w:sz w:val="20"/>
          <w:szCs w:val="20"/>
        </w:rPr>
        <w:t>:</w:t>
      </w:r>
      <w:r w:rsidR="004D764F" w:rsidRPr="006C0929">
        <w:rPr>
          <w:sz w:val="20"/>
          <w:szCs w:val="20"/>
        </w:rPr>
        <w:t xml:space="preserve"> </w:t>
      </w:r>
      <w:r w:rsidRPr="006C0929">
        <w:rPr>
          <w:sz w:val="20"/>
          <w:szCs w:val="20"/>
        </w:rPr>
        <w:t xml:space="preserve"> Everywhere</w:t>
      </w:r>
      <w:r w:rsidR="004D764F" w:rsidRPr="006C0929">
        <w:rPr>
          <w:sz w:val="20"/>
          <w:szCs w:val="20"/>
        </w:rPr>
        <w:t>,</w:t>
      </w:r>
      <w:r w:rsidRPr="006C0929">
        <w:rPr>
          <w:sz w:val="20"/>
          <w:szCs w:val="20"/>
        </w:rPr>
        <w:t xml:space="preserve"> </w:t>
      </w:r>
      <w:r w:rsidR="00AA4A72" w:rsidRPr="006C0929">
        <w:rPr>
          <w:sz w:val="20"/>
          <w:szCs w:val="20"/>
        </w:rPr>
        <w:t>p</w:t>
      </w:r>
      <w:r w:rsidRPr="006C0929">
        <w:rPr>
          <w:sz w:val="20"/>
          <w:szCs w:val="20"/>
        </w:rPr>
        <w:t xml:space="preserve">urpose </w:t>
      </w:r>
      <w:r w:rsidR="00AA4A72" w:rsidRPr="006C0929">
        <w:rPr>
          <w:sz w:val="20"/>
          <w:szCs w:val="20"/>
        </w:rPr>
        <w:t>m</w:t>
      </w:r>
      <w:r w:rsidRPr="006C0929">
        <w:rPr>
          <w:sz w:val="20"/>
          <w:szCs w:val="20"/>
        </w:rPr>
        <w:t xml:space="preserve">oves </w:t>
      </w:r>
      <w:r w:rsidR="00980889" w:rsidRPr="006C0929">
        <w:rPr>
          <w:sz w:val="20"/>
          <w:szCs w:val="20"/>
        </w:rPr>
        <w:t>me</w:t>
      </w:r>
      <w:r w:rsidR="00193942" w:rsidRPr="006C0929">
        <w:rPr>
          <w:sz w:val="20"/>
          <w:szCs w:val="20"/>
        </w:rPr>
        <w:t xml:space="preserve">, </w:t>
      </w:r>
      <w:r w:rsidRPr="006C0929">
        <w:rPr>
          <w:sz w:val="20"/>
          <w:szCs w:val="20"/>
        </w:rPr>
        <w:t xml:space="preserve">Rolling Along the California </w:t>
      </w:r>
      <w:r w:rsidR="00252990" w:rsidRPr="006C0929">
        <w:rPr>
          <w:sz w:val="20"/>
          <w:szCs w:val="20"/>
        </w:rPr>
        <w:t xml:space="preserve">  </w:t>
      </w:r>
    </w:p>
    <w:p w14:paraId="4B0C3631" w14:textId="4B4345EA" w:rsidR="00663C1B" w:rsidRPr="006C0929" w:rsidRDefault="00252990" w:rsidP="00193942">
      <w:pPr>
        <w:spacing w:after="0"/>
        <w:rPr>
          <w:sz w:val="20"/>
          <w:szCs w:val="20"/>
        </w:rPr>
      </w:pPr>
      <w:r w:rsidRPr="006C0929">
        <w:rPr>
          <w:sz w:val="20"/>
          <w:szCs w:val="20"/>
        </w:rPr>
        <w:t xml:space="preserve">                       </w:t>
      </w:r>
      <w:r w:rsidR="004D764F" w:rsidRPr="006C0929">
        <w:rPr>
          <w:sz w:val="20"/>
          <w:szCs w:val="20"/>
        </w:rPr>
        <w:t xml:space="preserve"> </w:t>
      </w:r>
      <w:r w:rsidRPr="006C0929">
        <w:rPr>
          <w:sz w:val="20"/>
          <w:szCs w:val="20"/>
        </w:rPr>
        <w:t xml:space="preserve"> </w:t>
      </w:r>
      <w:r w:rsidR="0042297E" w:rsidRPr="006C0929">
        <w:rPr>
          <w:sz w:val="20"/>
          <w:szCs w:val="20"/>
        </w:rPr>
        <w:t>Highways</w:t>
      </w:r>
      <w:r w:rsidR="00193942" w:rsidRPr="006C0929">
        <w:rPr>
          <w:sz w:val="20"/>
          <w:szCs w:val="20"/>
        </w:rPr>
        <w:t xml:space="preserve">, in the great outdoors or the </w:t>
      </w:r>
      <w:r w:rsidR="00407B17" w:rsidRPr="006C0929">
        <w:rPr>
          <w:sz w:val="20"/>
          <w:szCs w:val="20"/>
        </w:rPr>
        <w:t>coastlines it’s all good.</w:t>
      </w:r>
    </w:p>
    <w:p w14:paraId="0C550C2F" w14:textId="6C5BFA2E" w:rsidR="00FD3CF3" w:rsidRPr="006C0929" w:rsidRDefault="0042297E" w:rsidP="00FD3CF3">
      <w:pPr>
        <w:spacing w:before="240" w:after="0"/>
        <w:rPr>
          <w:sz w:val="20"/>
          <w:szCs w:val="20"/>
        </w:rPr>
      </w:pPr>
      <w:r w:rsidRPr="006C0929">
        <w:rPr>
          <w:b/>
          <w:bCs/>
          <w:sz w:val="20"/>
          <w:szCs w:val="20"/>
        </w:rPr>
        <w:t>ROOTS:</w:t>
      </w:r>
      <w:r w:rsidRPr="006C0929">
        <w:rPr>
          <w:sz w:val="20"/>
          <w:szCs w:val="20"/>
        </w:rPr>
        <w:t xml:space="preserve"> </w:t>
      </w:r>
      <w:r w:rsidR="00AA4A72" w:rsidRPr="006C0929">
        <w:rPr>
          <w:sz w:val="20"/>
          <w:szCs w:val="20"/>
        </w:rPr>
        <w:t xml:space="preserve"> </w:t>
      </w:r>
      <w:r w:rsidR="00B80B5D" w:rsidRPr="006C0929">
        <w:rPr>
          <w:sz w:val="20"/>
          <w:szCs w:val="20"/>
        </w:rPr>
        <w:t>Country</w:t>
      </w:r>
      <w:r w:rsidRPr="006C0929">
        <w:rPr>
          <w:sz w:val="20"/>
          <w:szCs w:val="20"/>
        </w:rPr>
        <w:t>-raised with  pride, respect, manners</w:t>
      </w:r>
      <w:r w:rsidR="00D1221C" w:rsidRPr="006C0929">
        <w:rPr>
          <w:sz w:val="20"/>
          <w:szCs w:val="20"/>
        </w:rPr>
        <w:t xml:space="preserve"> and a cowboy love for</w:t>
      </w:r>
      <w:r w:rsidR="00AA4A72" w:rsidRPr="006C0929">
        <w:rPr>
          <w:sz w:val="20"/>
          <w:szCs w:val="20"/>
        </w:rPr>
        <w:t xml:space="preserve">       </w:t>
      </w:r>
      <w:r w:rsidR="00FD3CF3" w:rsidRPr="006C0929">
        <w:rPr>
          <w:sz w:val="20"/>
          <w:szCs w:val="20"/>
        </w:rPr>
        <w:t xml:space="preserve"> </w:t>
      </w:r>
    </w:p>
    <w:p w14:paraId="149E338A" w14:textId="0945061E" w:rsidR="008C0809" w:rsidRPr="006C0929" w:rsidRDefault="00FD3CF3" w:rsidP="00FD3CF3">
      <w:pPr>
        <w:rPr>
          <w:sz w:val="20"/>
          <w:szCs w:val="20"/>
        </w:rPr>
      </w:pPr>
      <w:r w:rsidRPr="006C0929">
        <w:rPr>
          <w:sz w:val="20"/>
          <w:szCs w:val="20"/>
        </w:rPr>
        <w:t xml:space="preserve">                  L</w:t>
      </w:r>
      <w:r w:rsidR="00A57619" w:rsidRPr="006C0929">
        <w:rPr>
          <w:sz w:val="20"/>
          <w:szCs w:val="20"/>
        </w:rPr>
        <w:t>ife</w:t>
      </w:r>
      <w:r w:rsidRPr="006C0929">
        <w:rPr>
          <w:sz w:val="20"/>
          <w:szCs w:val="20"/>
        </w:rPr>
        <w:t>,</w:t>
      </w:r>
      <w:r w:rsidR="0042297E" w:rsidRPr="006C0929">
        <w:rPr>
          <w:sz w:val="20"/>
          <w:szCs w:val="20"/>
        </w:rPr>
        <w:t xml:space="preserve"> </w:t>
      </w:r>
      <w:r w:rsidR="00A57619" w:rsidRPr="006C0929">
        <w:rPr>
          <w:sz w:val="20"/>
          <w:szCs w:val="20"/>
        </w:rPr>
        <w:t>a</w:t>
      </w:r>
      <w:r w:rsidR="0042297E" w:rsidRPr="006C0929">
        <w:rPr>
          <w:sz w:val="20"/>
          <w:szCs w:val="20"/>
        </w:rPr>
        <w:t xml:space="preserve"> </w:t>
      </w:r>
      <w:r w:rsidR="00A57619" w:rsidRPr="006C0929">
        <w:rPr>
          <w:sz w:val="20"/>
          <w:szCs w:val="20"/>
        </w:rPr>
        <w:t>p</w:t>
      </w:r>
      <w:r w:rsidR="0042297E" w:rsidRPr="006C0929">
        <w:rPr>
          <w:sz w:val="20"/>
          <w:szCs w:val="20"/>
        </w:rPr>
        <w:t xml:space="preserve">roud </w:t>
      </w:r>
      <w:r w:rsidR="00B303E5" w:rsidRPr="006C0929">
        <w:rPr>
          <w:sz w:val="20"/>
          <w:szCs w:val="20"/>
        </w:rPr>
        <w:t>Portuguese Italian</w:t>
      </w:r>
      <w:r w:rsidR="0042297E" w:rsidRPr="006C0929">
        <w:rPr>
          <w:sz w:val="20"/>
          <w:szCs w:val="20"/>
        </w:rPr>
        <w:t xml:space="preserve"> American — California Born &amp; Bred</w:t>
      </w:r>
      <w:r w:rsidR="008C0809" w:rsidRPr="006C0929">
        <w:rPr>
          <w:sz w:val="20"/>
          <w:szCs w:val="20"/>
        </w:rPr>
        <w:t xml:space="preserve">  </w:t>
      </w:r>
    </w:p>
    <w:p w14:paraId="2F109E4A" w14:textId="77777777" w:rsidR="00DA6112" w:rsidRDefault="00DA6112" w:rsidP="00DA6112">
      <w:pPr>
        <w:spacing w:after="0"/>
        <w:jc w:val="both"/>
        <w:rPr>
          <w:sz w:val="20"/>
          <w:szCs w:val="20"/>
        </w:rPr>
      </w:pPr>
    </w:p>
    <w:p w14:paraId="2A38A3A2" w14:textId="685F6773" w:rsidR="00663C1B" w:rsidRPr="006C0929" w:rsidRDefault="0042297E" w:rsidP="00DA6112">
      <w:pPr>
        <w:spacing w:after="0"/>
        <w:jc w:val="both"/>
        <w:rPr>
          <w:sz w:val="20"/>
          <w:szCs w:val="20"/>
        </w:rPr>
      </w:pPr>
      <w:r w:rsidRPr="006C0929">
        <w:rPr>
          <w:sz w:val="20"/>
          <w:szCs w:val="20"/>
        </w:rPr>
        <w:t>Anton runs with the fire and determination of a man half his age</w:t>
      </w:r>
      <w:r w:rsidR="00620537" w:rsidRPr="006C0929">
        <w:rPr>
          <w:sz w:val="20"/>
          <w:szCs w:val="20"/>
        </w:rPr>
        <w:t>,</w:t>
      </w:r>
      <w:r w:rsidRPr="006C0929">
        <w:rPr>
          <w:sz w:val="20"/>
          <w:szCs w:val="20"/>
        </w:rPr>
        <w:t xml:space="preserve"> </w:t>
      </w:r>
      <w:r w:rsidR="008C0809" w:rsidRPr="006C0929">
        <w:rPr>
          <w:sz w:val="20"/>
          <w:szCs w:val="20"/>
        </w:rPr>
        <w:t>with</w:t>
      </w:r>
      <w:r w:rsidRPr="006C0929">
        <w:rPr>
          <w:sz w:val="20"/>
          <w:szCs w:val="20"/>
        </w:rPr>
        <w:t xml:space="preserve"> the wisdom of one who’s lived a dozen lives. A decorated veteran of multiple U.S. public service backgrounds and disciplines</w:t>
      </w:r>
      <w:r w:rsidR="000A7337" w:rsidRPr="006C0929">
        <w:rPr>
          <w:sz w:val="20"/>
          <w:szCs w:val="20"/>
        </w:rPr>
        <w:t xml:space="preserve"> </w:t>
      </w:r>
      <w:r w:rsidR="0011110B" w:rsidRPr="006C0929">
        <w:rPr>
          <w:sz w:val="20"/>
          <w:szCs w:val="20"/>
        </w:rPr>
        <w:t xml:space="preserve">that </w:t>
      </w:r>
      <w:r w:rsidR="000A7337" w:rsidRPr="006C0929">
        <w:rPr>
          <w:sz w:val="20"/>
          <w:szCs w:val="20"/>
        </w:rPr>
        <w:t>he has served</w:t>
      </w:r>
      <w:r w:rsidR="00152C94" w:rsidRPr="006C0929">
        <w:rPr>
          <w:sz w:val="20"/>
          <w:szCs w:val="20"/>
        </w:rPr>
        <w:t>. He</w:t>
      </w:r>
      <w:r w:rsidRPr="006C0929">
        <w:rPr>
          <w:sz w:val="20"/>
          <w:szCs w:val="20"/>
        </w:rPr>
        <w:t xml:space="preserve">  has transformed his mission into a personal code:</w:t>
      </w:r>
      <w:r w:rsidR="00DA6112">
        <w:rPr>
          <w:sz w:val="20"/>
          <w:szCs w:val="20"/>
        </w:rPr>
        <w:t xml:space="preserve"> </w:t>
      </w:r>
      <w:r w:rsidRPr="00121400">
        <w:rPr>
          <w:sz w:val="20"/>
          <w:szCs w:val="20"/>
        </w:rPr>
        <w:t xml:space="preserve">Stay </w:t>
      </w:r>
      <w:r w:rsidR="005E392C" w:rsidRPr="00121400">
        <w:rPr>
          <w:sz w:val="20"/>
          <w:szCs w:val="20"/>
        </w:rPr>
        <w:t>frosty,</w:t>
      </w:r>
      <w:r w:rsidRPr="00121400">
        <w:rPr>
          <w:sz w:val="20"/>
          <w:szCs w:val="20"/>
        </w:rPr>
        <w:t xml:space="preserve"> Stay strong. </w:t>
      </w:r>
      <w:r w:rsidR="005E392C" w:rsidRPr="00121400">
        <w:rPr>
          <w:sz w:val="20"/>
          <w:szCs w:val="20"/>
        </w:rPr>
        <w:t>Be</w:t>
      </w:r>
      <w:r w:rsidRPr="00121400">
        <w:rPr>
          <w:sz w:val="20"/>
          <w:szCs w:val="20"/>
        </w:rPr>
        <w:t xml:space="preserve"> alert. Leave behind something that matters</w:t>
      </w:r>
      <w:r w:rsidR="0085252E" w:rsidRPr="00121400">
        <w:rPr>
          <w:sz w:val="20"/>
          <w:szCs w:val="20"/>
        </w:rPr>
        <w:t xml:space="preserve">, </w:t>
      </w:r>
      <w:r w:rsidR="00DE4747" w:rsidRPr="00121400">
        <w:rPr>
          <w:sz w:val="20"/>
          <w:szCs w:val="20"/>
        </w:rPr>
        <w:t>Loyalty</w:t>
      </w:r>
      <w:r w:rsidR="005E392C" w:rsidRPr="00121400">
        <w:rPr>
          <w:sz w:val="20"/>
          <w:szCs w:val="20"/>
        </w:rPr>
        <w:t xml:space="preserve"> Is </w:t>
      </w:r>
      <w:r w:rsidR="006C4743" w:rsidRPr="00121400">
        <w:rPr>
          <w:sz w:val="20"/>
          <w:szCs w:val="20"/>
        </w:rPr>
        <w:t xml:space="preserve">Essential, </w:t>
      </w:r>
      <w:r w:rsidRPr="00121400">
        <w:rPr>
          <w:sz w:val="20"/>
          <w:szCs w:val="20"/>
        </w:rPr>
        <w:t xml:space="preserve"> Be humble and kind — but always carry a big FREAKIN’ stick.</w:t>
      </w:r>
    </w:p>
    <w:p w14:paraId="450A4CDA" w14:textId="77777777" w:rsidR="00121400" w:rsidRDefault="00121400" w:rsidP="00152C94">
      <w:pPr>
        <w:spacing w:after="0"/>
        <w:rPr>
          <w:b/>
          <w:bCs/>
          <w:sz w:val="24"/>
          <w:szCs w:val="24"/>
        </w:rPr>
      </w:pPr>
    </w:p>
    <w:p w14:paraId="59EA4243" w14:textId="19AAB5B9" w:rsidR="00663C1B" w:rsidRPr="00E43383" w:rsidRDefault="001C33B8" w:rsidP="00152C94">
      <w:pPr>
        <w:spacing w:after="0"/>
        <w:rPr>
          <w:b/>
          <w:bCs/>
          <w:sz w:val="20"/>
          <w:szCs w:val="20"/>
        </w:rPr>
      </w:pPr>
      <w:r w:rsidRPr="00E43383">
        <w:rPr>
          <w:b/>
          <w:bCs/>
          <w:sz w:val="20"/>
          <w:szCs w:val="20"/>
        </w:rPr>
        <w:t>CORE ROLES</w:t>
      </w:r>
    </w:p>
    <w:p w14:paraId="5CC460A0" w14:textId="4859291E" w:rsidR="00663C1B" w:rsidRPr="006C0929" w:rsidRDefault="0042297E" w:rsidP="00152C94">
      <w:pPr>
        <w:spacing w:after="0"/>
        <w:rPr>
          <w:sz w:val="20"/>
          <w:szCs w:val="20"/>
        </w:rPr>
      </w:pPr>
      <w:r w:rsidRPr="006C0929">
        <w:rPr>
          <w:sz w:val="20"/>
          <w:szCs w:val="20"/>
        </w:rPr>
        <w:t>• Health &amp; Supplement Strategist</w:t>
      </w:r>
      <w:r w:rsidR="00C532D3" w:rsidRPr="006C0929">
        <w:rPr>
          <w:sz w:val="20"/>
          <w:szCs w:val="20"/>
        </w:rPr>
        <w:t xml:space="preserve"> / </w:t>
      </w:r>
      <w:r w:rsidRPr="006C0929">
        <w:rPr>
          <w:sz w:val="20"/>
          <w:szCs w:val="20"/>
        </w:rPr>
        <w:t>Professional Driver &amp; Safety Trainer</w:t>
      </w:r>
      <w:r w:rsidR="006C0929" w:rsidRPr="006C0929">
        <w:rPr>
          <w:sz w:val="20"/>
          <w:szCs w:val="20"/>
        </w:rPr>
        <w:t xml:space="preserve"> /</w:t>
      </w:r>
      <w:r w:rsidR="00C532D3" w:rsidRPr="006C0929">
        <w:rPr>
          <w:sz w:val="20"/>
          <w:szCs w:val="20"/>
        </w:rPr>
        <w:t xml:space="preserve"> </w:t>
      </w:r>
      <w:r w:rsidRPr="006C0929">
        <w:rPr>
          <w:sz w:val="20"/>
          <w:szCs w:val="20"/>
        </w:rPr>
        <w:t>Nutrition Advisor &amp; Supplement Stacker</w:t>
      </w:r>
      <w:r w:rsidR="006C0929" w:rsidRPr="006C0929">
        <w:rPr>
          <w:sz w:val="20"/>
          <w:szCs w:val="20"/>
        </w:rPr>
        <w:t xml:space="preserve"> / </w:t>
      </w:r>
      <w:r w:rsidRPr="006C0929">
        <w:rPr>
          <w:sz w:val="20"/>
          <w:szCs w:val="20"/>
        </w:rPr>
        <w:t>Lifestyle Creator for Resilient Living</w:t>
      </w:r>
      <w:r w:rsidR="006C0929" w:rsidRPr="006C0929">
        <w:rPr>
          <w:sz w:val="20"/>
          <w:szCs w:val="20"/>
        </w:rPr>
        <w:t xml:space="preserve">  /  </w:t>
      </w:r>
      <w:r w:rsidRPr="006C0929">
        <w:rPr>
          <w:sz w:val="20"/>
          <w:szCs w:val="20"/>
        </w:rPr>
        <w:t>Senior Diet Architect</w:t>
      </w:r>
    </w:p>
    <w:p w14:paraId="254FBABE" w14:textId="4DBBB666" w:rsidR="006C0929" w:rsidRDefault="0042297E" w:rsidP="00E43383">
      <w:pPr>
        <w:spacing w:before="240"/>
        <w:jc w:val="both"/>
        <w:rPr>
          <w:b/>
          <w:bCs/>
          <w:sz w:val="20"/>
          <w:szCs w:val="20"/>
        </w:rPr>
      </w:pPr>
      <w:r w:rsidRPr="006C0929">
        <w:rPr>
          <w:sz w:val="20"/>
          <w:szCs w:val="20"/>
        </w:rPr>
        <w:t>Cancer survivor.</w:t>
      </w:r>
      <w:r w:rsidR="009049ED" w:rsidRPr="006C0929">
        <w:rPr>
          <w:sz w:val="20"/>
          <w:szCs w:val="20"/>
        </w:rPr>
        <w:t xml:space="preserve"> Dedicated</w:t>
      </w:r>
      <w:r w:rsidRPr="006C0929">
        <w:rPr>
          <w:sz w:val="20"/>
          <w:szCs w:val="20"/>
        </w:rPr>
        <w:t xml:space="preserve"> Gym regular.</w:t>
      </w:r>
      <w:r w:rsidR="00F52CA7" w:rsidRPr="006C0929">
        <w:rPr>
          <w:sz w:val="20"/>
          <w:szCs w:val="20"/>
        </w:rPr>
        <w:t xml:space="preserve"> Accomplished Sou Chef,</w:t>
      </w:r>
      <w:r w:rsidRPr="006C0929">
        <w:rPr>
          <w:sz w:val="20"/>
          <w:szCs w:val="20"/>
        </w:rPr>
        <w:t xml:space="preserve"> Tactical thinker</w:t>
      </w:r>
      <w:r w:rsidR="00F52CA7" w:rsidRPr="006C0929">
        <w:rPr>
          <w:sz w:val="20"/>
          <w:szCs w:val="20"/>
        </w:rPr>
        <w:t xml:space="preserve"> and around good fellow, </w:t>
      </w:r>
      <w:r w:rsidRPr="006C0929">
        <w:rPr>
          <w:sz w:val="20"/>
          <w:szCs w:val="20"/>
        </w:rPr>
        <w:t xml:space="preserve">Anton </w:t>
      </w:r>
      <w:r w:rsidR="00DE4747" w:rsidRPr="006C0929">
        <w:rPr>
          <w:sz w:val="20"/>
          <w:szCs w:val="20"/>
        </w:rPr>
        <w:t>does not</w:t>
      </w:r>
      <w:r w:rsidRPr="006C0929">
        <w:rPr>
          <w:sz w:val="20"/>
          <w:szCs w:val="20"/>
        </w:rPr>
        <w:t xml:space="preserve"> follow trends —</w:t>
      </w:r>
      <w:r w:rsidR="00F52CA7" w:rsidRPr="006C0929">
        <w:rPr>
          <w:sz w:val="20"/>
          <w:szCs w:val="20"/>
        </w:rPr>
        <w:t xml:space="preserve"> instead,</w:t>
      </w:r>
      <w:r w:rsidRPr="006C0929">
        <w:rPr>
          <w:sz w:val="20"/>
          <w:szCs w:val="20"/>
        </w:rPr>
        <w:t xml:space="preserve"> he builds tools that work. From high-mileage California hauls to high-performance supplement stacks and driver fuel blends, </w:t>
      </w:r>
      <w:r w:rsidR="00F52CA7" w:rsidRPr="006C0929">
        <w:rPr>
          <w:sz w:val="20"/>
          <w:szCs w:val="20"/>
        </w:rPr>
        <w:t xml:space="preserve">for alertness </w:t>
      </w:r>
      <w:r w:rsidR="00CF3C26" w:rsidRPr="006C0929">
        <w:rPr>
          <w:sz w:val="20"/>
          <w:szCs w:val="20"/>
        </w:rPr>
        <w:t xml:space="preserve">and stamina, </w:t>
      </w:r>
      <w:r w:rsidRPr="006C0929">
        <w:rPr>
          <w:sz w:val="20"/>
          <w:szCs w:val="20"/>
        </w:rPr>
        <w:t>he moves with precision, purpose, and personal conviction.</w:t>
      </w:r>
      <w:r w:rsidR="00C532D3" w:rsidRPr="006C0929">
        <w:rPr>
          <w:sz w:val="20"/>
          <w:szCs w:val="20"/>
        </w:rPr>
        <w:t xml:space="preserve">  </w:t>
      </w:r>
      <w:r w:rsidR="00C532D3" w:rsidRPr="006C0929">
        <w:rPr>
          <w:sz w:val="20"/>
          <w:szCs w:val="20"/>
        </w:rPr>
        <w:t>Evaluated by fire. Refined through decades of performance. Anton leads with grit, not glory. Titles do not matter — results do, and the mission must always be completed?   Still running. Still strong. Still building — with righteousness and bold conviction, while always being true to one’s own self.</w:t>
      </w:r>
      <w:r w:rsidR="006C0929" w:rsidRPr="006C0929">
        <w:rPr>
          <w:sz w:val="20"/>
          <w:szCs w:val="20"/>
        </w:rPr>
        <w:t xml:space="preserve">  </w:t>
      </w:r>
    </w:p>
    <w:p w14:paraId="6135CDEB" w14:textId="0B2A4FDB" w:rsidR="00663C1B" w:rsidRPr="006C0929" w:rsidRDefault="001C33B8" w:rsidP="006C0929">
      <w:pPr>
        <w:jc w:val="both"/>
        <w:rPr>
          <w:b/>
          <w:bCs/>
          <w:sz w:val="20"/>
          <w:szCs w:val="20"/>
        </w:rPr>
      </w:pPr>
      <w:r w:rsidRPr="006C0929">
        <w:rPr>
          <w:b/>
          <w:bCs/>
          <w:sz w:val="20"/>
          <w:szCs w:val="20"/>
        </w:rPr>
        <w:t>GUIDING VALUES</w:t>
      </w:r>
    </w:p>
    <w:p w14:paraId="682988B6" w14:textId="711E9EE3" w:rsidR="00663C1B" w:rsidRPr="006C0929" w:rsidRDefault="0042297E" w:rsidP="001C33B8">
      <w:pPr>
        <w:pStyle w:val="ListParagraph"/>
        <w:numPr>
          <w:ilvl w:val="0"/>
          <w:numId w:val="12"/>
        </w:numPr>
        <w:spacing w:after="0"/>
        <w:rPr>
          <w:sz w:val="20"/>
          <w:szCs w:val="20"/>
        </w:rPr>
      </w:pPr>
      <w:r w:rsidRPr="006C0929">
        <w:rPr>
          <w:sz w:val="20"/>
          <w:szCs w:val="20"/>
        </w:rPr>
        <w:t>No fluff. No shortcuts. No excuses.</w:t>
      </w:r>
    </w:p>
    <w:p w14:paraId="1C6E8DE1" w14:textId="66DDF039" w:rsidR="00663C1B" w:rsidRPr="006C0929" w:rsidRDefault="0042297E" w:rsidP="001C33B8">
      <w:pPr>
        <w:pStyle w:val="ListParagraph"/>
        <w:numPr>
          <w:ilvl w:val="0"/>
          <w:numId w:val="12"/>
        </w:numPr>
        <w:spacing w:after="0"/>
        <w:rPr>
          <w:sz w:val="20"/>
          <w:szCs w:val="20"/>
        </w:rPr>
      </w:pPr>
      <w:r w:rsidRPr="006C0929">
        <w:rPr>
          <w:sz w:val="20"/>
          <w:szCs w:val="20"/>
        </w:rPr>
        <w:t>Loyalty, dedication, fact, and discipline.</w:t>
      </w:r>
    </w:p>
    <w:p w14:paraId="5845A975" w14:textId="553D80F1" w:rsidR="00663C1B" w:rsidRPr="006C0929" w:rsidRDefault="0042297E" w:rsidP="001C33B8">
      <w:pPr>
        <w:pStyle w:val="ListParagraph"/>
        <w:numPr>
          <w:ilvl w:val="0"/>
          <w:numId w:val="12"/>
        </w:numPr>
        <w:spacing w:after="0"/>
        <w:rPr>
          <w:sz w:val="20"/>
          <w:szCs w:val="20"/>
        </w:rPr>
      </w:pPr>
      <w:r w:rsidRPr="006C0929">
        <w:rPr>
          <w:sz w:val="20"/>
          <w:szCs w:val="20"/>
        </w:rPr>
        <w:t>No one stands alone — and no one is ever left behind.</w:t>
      </w:r>
    </w:p>
    <w:p w14:paraId="3510EB90" w14:textId="25FFCFB3" w:rsidR="00006E03" w:rsidRPr="006C0929" w:rsidRDefault="0042297E" w:rsidP="001C33B8">
      <w:pPr>
        <w:pStyle w:val="ListParagraph"/>
        <w:numPr>
          <w:ilvl w:val="0"/>
          <w:numId w:val="12"/>
        </w:numPr>
        <w:spacing w:after="0"/>
        <w:rPr>
          <w:sz w:val="20"/>
          <w:szCs w:val="20"/>
        </w:rPr>
      </w:pPr>
      <w:r w:rsidRPr="006C0929">
        <w:rPr>
          <w:sz w:val="20"/>
          <w:szCs w:val="20"/>
        </w:rPr>
        <w:t>If it is real and built to last — he is in. If not — he is out</w:t>
      </w:r>
      <w:r w:rsidR="00006E03" w:rsidRPr="006C0929">
        <w:rPr>
          <w:sz w:val="20"/>
          <w:szCs w:val="20"/>
        </w:rPr>
        <w:t xml:space="preserve"> </w:t>
      </w:r>
    </w:p>
    <w:p w14:paraId="0382DA9A" w14:textId="13288376" w:rsidR="00663C1B" w:rsidRPr="001C33B8" w:rsidRDefault="00524B14" w:rsidP="001C33B8">
      <w:pPr>
        <w:pStyle w:val="ListParagraph"/>
        <w:numPr>
          <w:ilvl w:val="0"/>
          <w:numId w:val="12"/>
        </w:numPr>
        <w:spacing w:after="0"/>
        <w:rPr>
          <w:b/>
          <w:bCs/>
        </w:rPr>
      </w:pPr>
      <w:r w:rsidRPr="001C33B8">
        <w:rPr>
          <w:b/>
          <w:bCs/>
        </w:rPr>
        <w:t>If You Have Loyalty, Everything Else</w:t>
      </w:r>
      <w:r w:rsidR="00B95518">
        <w:rPr>
          <w:b/>
          <w:bCs/>
        </w:rPr>
        <w:t xml:space="preserve"> Follows</w:t>
      </w:r>
      <w:r w:rsidR="00551602">
        <w:rPr>
          <w:b/>
          <w:bCs/>
        </w:rPr>
        <w:t>,</w:t>
      </w:r>
      <w:r w:rsidRPr="001C33B8">
        <w:rPr>
          <w:b/>
          <w:bCs/>
        </w:rPr>
        <w:t xml:space="preserve"> </w:t>
      </w:r>
      <w:r w:rsidR="00B95518">
        <w:rPr>
          <w:b/>
          <w:bCs/>
        </w:rPr>
        <w:t>Then</w:t>
      </w:r>
      <w:r w:rsidR="006C0929">
        <w:rPr>
          <w:b/>
          <w:bCs/>
        </w:rPr>
        <w:t xml:space="preserve"> All</w:t>
      </w:r>
      <w:r w:rsidR="00B95518">
        <w:rPr>
          <w:b/>
          <w:bCs/>
        </w:rPr>
        <w:t xml:space="preserve"> </w:t>
      </w:r>
      <w:r w:rsidRPr="001C33B8">
        <w:rPr>
          <w:b/>
          <w:bCs/>
        </w:rPr>
        <w:t>Falls in</w:t>
      </w:r>
      <w:r w:rsidR="006C0929">
        <w:rPr>
          <w:b/>
          <w:bCs/>
        </w:rPr>
        <w:t>to</w:t>
      </w:r>
      <w:r w:rsidRPr="001C33B8">
        <w:rPr>
          <w:b/>
          <w:bCs/>
        </w:rPr>
        <w:t xml:space="preserve"> </w:t>
      </w:r>
      <w:r w:rsidR="00551602">
        <w:rPr>
          <w:b/>
          <w:bCs/>
        </w:rPr>
        <w:t>Place</w:t>
      </w:r>
    </w:p>
    <w:p w14:paraId="04821AED" w14:textId="77777777" w:rsidR="006C0929" w:rsidRDefault="0042297E">
      <w:r>
        <w:lastRenderedPageBreak/>
        <w:br/>
      </w:r>
    </w:p>
    <w:p w14:paraId="1F1E159D" w14:textId="77777777" w:rsidR="006C0929" w:rsidRDefault="006C0929"/>
    <w:p w14:paraId="509C646E" w14:textId="0E4F9BF1" w:rsidR="00663C1B" w:rsidRDefault="0042297E">
      <w:r>
        <w:t>SOCIAL BIO | SHORT FORM</w:t>
      </w:r>
    </w:p>
    <w:p w14:paraId="1AC5AB60" w14:textId="77777777" w:rsidR="00663C1B" w:rsidRDefault="0042297E">
      <w:r>
        <w:t>Anton T. Pedres</w:t>
      </w:r>
      <w:r>
        <w:br/>
        <w:t>73 | California Born | Resilient Driver | Cancer Survivor | Veteran of Service</w:t>
      </w:r>
      <w:r>
        <w:br/>
        <w:t>Gym-Built | Nutritional, Supplement &amp; Senior Diet Mentor</w:t>
      </w:r>
      <w:r>
        <w:br/>
        <w:t xml:space="preserve">Proud </w:t>
      </w:r>
      <w:proofErr w:type="gramStart"/>
      <w:r>
        <w:t>Portuguese-Italian</w:t>
      </w:r>
      <w:proofErr w:type="gramEnd"/>
      <w:r>
        <w:t xml:space="preserve"> American</w:t>
      </w:r>
      <w:r>
        <w:br/>
        <w:t xml:space="preserve">Believer in Loyalty Above All — </w:t>
      </w:r>
      <w:bookmarkStart w:id="0" w:name="_Hlk195449412"/>
      <w:r>
        <w:t>If You Have Loyalty, Everything Else Falls in Line</w:t>
      </w:r>
      <w:bookmarkEnd w:id="0"/>
      <w:r>
        <w:t>.</w:t>
      </w:r>
      <w:r>
        <w:br/>
        <w:t>Country Raised. Cowboy Mindset. Cowboy Manners. Always Visible to the Present.</w:t>
      </w:r>
    </w:p>
    <w:sectPr w:rsidR="00663C1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E7A053E"/>
    <w:multiLevelType w:val="hybridMultilevel"/>
    <w:tmpl w:val="707E0A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2D7E77"/>
    <w:multiLevelType w:val="hybridMultilevel"/>
    <w:tmpl w:val="D34EE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0D0000"/>
    <w:multiLevelType w:val="hybridMultilevel"/>
    <w:tmpl w:val="6C9C1D2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F72C9"/>
    <w:multiLevelType w:val="hybridMultilevel"/>
    <w:tmpl w:val="838AA68C"/>
    <w:lvl w:ilvl="0" w:tplc="E7648024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9042257">
    <w:abstractNumId w:val="8"/>
  </w:num>
  <w:num w:numId="2" w16cid:durableId="241187659">
    <w:abstractNumId w:val="6"/>
  </w:num>
  <w:num w:numId="3" w16cid:durableId="673067923">
    <w:abstractNumId w:val="5"/>
  </w:num>
  <w:num w:numId="4" w16cid:durableId="421609571">
    <w:abstractNumId w:val="4"/>
  </w:num>
  <w:num w:numId="5" w16cid:durableId="1404839136">
    <w:abstractNumId w:val="7"/>
  </w:num>
  <w:num w:numId="6" w16cid:durableId="239802065">
    <w:abstractNumId w:val="3"/>
  </w:num>
  <w:num w:numId="7" w16cid:durableId="2042395381">
    <w:abstractNumId w:val="2"/>
  </w:num>
  <w:num w:numId="8" w16cid:durableId="15622660">
    <w:abstractNumId w:val="1"/>
  </w:num>
  <w:num w:numId="9" w16cid:durableId="976958750">
    <w:abstractNumId w:val="0"/>
  </w:num>
  <w:num w:numId="10" w16cid:durableId="229193227">
    <w:abstractNumId w:val="9"/>
  </w:num>
  <w:num w:numId="11" w16cid:durableId="1325858966">
    <w:abstractNumId w:val="10"/>
  </w:num>
  <w:num w:numId="12" w16cid:durableId="345400695">
    <w:abstractNumId w:val="11"/>
  </w:num>
  <w:num w:numId="13" w16cid:durableId="13285572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6E03"/>
    <w:rsid w:val="00034616"/>
    <w:rsid w:val="0006063C"/>
    <w:rsid w:val="000A7337"/>
    <w:rsid w:val="0011110B"/>
    <w:rsid w:val="00121400"/>
    <w:rsid w:val="0015074B"/>
    <w:rsid w:val="00152C94"/>
    <w:rsid w:val="00193942"/>
    <w:rsid w:val="001A093C"/>
    <w:rsid w:val="001C33B8"/>
    <w:rsid w:val="00252990"/>
    <w:rsid w:val="00277BD9"/>
    <w:rsid w:val="0029639D"/>
    <w:rsid w:val="00296EFB"/>
    <w:rsid w:val="002A5BB4"/>
    <w:rsid w:val="00326F90"/>
    <w:rsid w:val="003A68D4"/>
    <w:rsid w:val="00407B17"/>
    <w:rsid w:val="0042297E"/>
    <w:rsid w:val="004C2887"/>
    <w:rsid w:val="004D764F"/>
    <w:rsid w:val="0050519A"/>
    <w:rsid w:val="005142F7"/>
    <w:rsid w:val="00524B14"/>
    <w:rsid w:val="00551602"/>
    <w:rsid w:val="005E392C"/>
    <w:rsid w:val="00620537"/>
    <w:rsid w:val="00663C1B"/>
    <w:rsid w:val="00676AE0"/>
    <w:rsid w:val="006C0929"/>
    <w:rsid w:val="006C4743"/>
    <w:rsid w:val="00806918"/>
    <w:rsid w:val="0085252E"/>
    <w:rsid w:val="008A77F6"/>
    <w:rsid w:val="008B04E0"/>
    <w:rsid w:val="008C0809"/>
    <w:rsid w:val="009049ED"/>
    <w:rsid w:val="00950B54"/>
    <w:rsid w:val="00980889"/>
    <w:rsid w:val="00A57619"/>
    <w:rsid w:val="00AA1D8D"/>
    <w:rsid w:val="00AA4A72"/>
    <w:rsid w:val="00AF5DF9"/>
    <w:rsid w:val="00B303E5"/>
    <w:rsid w:val="00B47730"/>
    <w:rsid w:val="00B80B5D"/>
    <w:rsid w:val="00B95518"/>
    <w:rsid w:val="00BA4825"/>
    <w:rsid w:val="00C35276"/>
    <w:rsid w:val="00C532D3"/>
    <w:rsid w:val="00CB0664"/>
    <w:rsid w:val="00CF3C26"/>
    <w:rsid w:val="00D1221C"/>
    <w:rsid w:val="00DA1588"/>
    <w:rsid w:val="00DA6112"/>
    <w:rsid w:val="00DE4747"/>
    <w:rsid w:val="00E43383"/>
    <w:rsid w:val="00E61F0A"/>
    <w:rsid w:val="00E87F55"/>
    <w:rsid w:val="00EF2935"/>
    <w:rsid w:val="00F52CA7"/>
    <w:rsid w:val="00F94144"/>
    <w:rsid w:val="00FA1978"/>
    <w:rsid w:val="00FC693F"/>
    <w:rsid w:val="00FD3CF3"/>
    <w:rsid w:val="00FE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5714CF"/>
  <w14:defaultImageDpi w14:val="300"/>
  <w15:docId w15:val="{CB408FEE-0920-4A32-B7AF-4996657F0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16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antone pedras</cp:lastModifiedBy>
  <cp:revision>55</cp:revision>
  <dcterms:created xsi:type="dcterms:W3CDTF">2025-04-13T21:42:00Z</dcterms:created>
  <dcterms:modified xsi:type="dcterms:W3CDTF">2025-04-15T12:12:00Z</dcterms:modified>
  <cp:category/>
</cp:coreProperties>
</file>